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rFonts w:ascii="Arial" w:hAnsi="Arial"/>
          <w:b w:val="0"/>
          <w:color w:val="042553"/>
          <w:sz w:val="20"/>
        </w:rPr>
        <w:t>Reference: ____________________                     Date: ____________________</w:t>
      </w:r>
    </w:p>
    <w:p>
      <w:pPr>
        <w:spacing w:after="80"/>
      </w:pPr>
      <w:r>
        <w:rPr>
          <w:rFonts w:ascii="Arial" w:hAnsi="Arial"/>
          <w:b w:val="0"/>
          <w:color w:val="042553"/>
          <w:sz w:val="20"/>
        </w:rPr>
        <w:t>[Add correspondence here]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742" w:right="907" w:bottom="1474" w:left="907" w:header="51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bottom w:val="single" w:sz="4" w:space="2" w:color="CED8E4"/>
      </w:pBdr>
      <w:spacing w:before="60"/>
    </w:pPr>
    <w:r>
      <w:rPr>
        <w:rFonts w:ascii="Arial" w:hAnsi="Arial"/>
        <w:b w:val="0"/>
        <w:color w:val="526477"/>
        <w:sz w:val="16"/>
      </w:rPr>
      <w:t>[Clinic address]</w:t>
    </w:r>
    <w:r>
      <w:br/>
    </w:r>
    <w:r>
      <w:rPr>
        <w:rFonts w:ascii="Arial" w:hAnsi="Arial"/>
        <w:b w:val="0"/>
        <w:color w:val="526477"/>
        <w:sz w:val="16"/>
      </w:rPr>
      <w:t>[Phone]  |  [Email]  |  [Website]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40"/>
      <w:pBdr>
        <w:bottom w:val="single" w:sz="4" w:space="2" w:color="CED8E4"/>
      </w:pBdr>
    </w:pPr>
    <w:r>
      <w:drawing>
        <wp:inline xmlns:a="http://schemas.openxmlformats.org/drawingml/2006/main" xmlns:pic="http://schemas.openxmlformats.org/drawingml/2006/picture">
          <wp:extent cx="4752000" cy="15483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hecurex-primary-colour-24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2000" cy="154836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4255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SheCurex stationery template</dc:title>
  <dc:subject>Option 1 brand handover</dc:subject>
  <dc:creator>Digital Rise Group</dc:creator>
  <cp:keywords>SheCurex, Digital Rise Group, template</cp:keywords>
  <dc:description>generated by python-docx</dc:description>
  <cp:lastModifiedBy>Digital Rise Group</cp:lastModifiedBy>
  <cp:revision>1</cp:revision>
  <dcterms:created xsi:type="dcterms:W3CDTF">2013-12-23T23:15:00Z</dcterms:created>
  <dcterms:modified xsi:type="dcterms:W3CDTF">2013-12-23T23:15:00Z</dcterms:modified>
  <cp:category/>
</cp:coreProperties>
</file>