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color w:val="042553"/>
          <w:sz w:val="22"/>
        </w:rPr>
        <w:t>PRESCRIPTION</w:t>
      </w:r>
    </w:p>
    <w:p>
      <w:pPr>
        <w:spacing w:after="2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>Patient name: ______________________________________</w:t>
      </w:r>
    </w:p>
    <w:p>
      <w:pPr>
        <w:spacing w:after="2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>MRN: ____________________    Date: _________________</w:t>
      </w:r>
    </w:p>
    <w:p>
      <w:pPr>
        <w:spacing w:after="2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>Allergies / alerts: ___________________________________</w:t>
      </w:r>
    </w:p>
    <w:p>
      <w:pPr>
        <w:spacing w:after="100"/>
      </w:pPr>
      <w:r>
        <w:rPr>
          <w:rFonts w:ascii="Arial" w:hAnsi="Arial"/>
          <w:b/>
          <w:color w:val="042553"/>
          <w:sz w:val="18"/>
        </w:rPr>
        <w:t>Prescription / instructions</w:t>
      </w:r>
    </w:p>
    <w:p>
      <w:pPr>
        <w:spacing w:after="1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 xml:space="preserve"> </w:t>
      </w:r>
    </w:p>
    <w:p>
      <w:pPr>
        <w:spacing w:after="1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 xml:space="preserve"> </w:t>
      </w:r>
    </w:p>
    <w:p>
      <w:pPr>
        <w:spacing w:after="1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 xml:space="preserve"> </w:t>
      </w:r>
    </w:p>
    <w:p>
      <w:pPr>
        <w:spacing w:after="1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 xml:space="preserve"> </w:t>
      </w:r>
    </w:p>
    <w:p>
      <w:pPr>
        <w:spacing w:after="1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 xml:space="preserve"> </w:t>
      </w:r>
    </w:p>
    <w:p>
      <w:pPr>
        <w:spacing w:after="240"/>
        <w:pBdr>
          <w:bottom w:val="single" w:sz="4" w:space="2" w:color="CED8E4"/>
        </w:pBdr>
      </w:pPr>
      <w:r>
        <w:rPr>
          <w:rFonts w:ascii="Arial" w:hAnsi="Arial"/>
          <w:b w:val="0"/>
          <w:color w:val="042553"/>
          <w:sz w:val="18"/>
        </w:rPr>
        <w:t>Follow-up: ________________________________________</w:t>
      </w:r>
    </w:p>
    <w:p>
      <w:pPr>
        <w:spacing w:after="100"/>
      </w:pPr>
      <w:r>
        <w:rPr>
          <w:rFonts w:ascii="Arial" w:hAnsi="Arial"/>
          <w:b w:val="0"/>
          <w:color w:val="042553"/>
          <w:sz w:val="18"/>
        </w:rPr>
        <w:t>Clinician / signature: _________________________________</w:t>
      </w:r>
    </w:p>
    <w:p>
      <w:pPr>
        <w:spacing w:after="0"/>
      </w:pPr>
      <w:r>
        <w:rPr>
          <w:rFonts w:ascii="Arial" w:hAnsi="Arial"/>
          <w:b w:val="0"/>
          <w:color w:val="042553"/>
          <w:sz w:val="18"/>
        </w:rPr>
        <w:t>Registration no.: ____________________________________</w:t>
      </w:r>
    </w:p>
    <w:sectPr w:rsidR="00FC693F" w:rsidRPr="0006063C" w:rsidSect="00034616">
      <w:headerReference w:type="default" r:id="rId9"/>
      <w:footerReference w:type="default" r:id="rId10"/>
      <w:pgSz w:w="8391" w:h="11906"/>
      <w:pgMar w:top="3402" w:right="680" w:bottom="794" w:left="680" w:header="51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bottom w:val="single" w:sz="4" w:space="2" w:color="CED8E4"/>
      </w:pBdr>
      <w:spacing w:before="60"/>
    </w:pPr>
    <w:r>
      <w:rPr>
        <w:rFonts w:ascii="Arial" w:hAnsi="Arial"/>
        <w:b w:val="0"/>
        <w:color w:val="526477"/>
        <w:sz w:val="16"/>
      </w:rPr>
      <w:t>[Clinic address]</w:t>
    </w:r>
    <w:r>
      <w:br/>
    </w:r>
    <w:r>
      <w:rPr>
        <w:rFonts w:ascii="Arial" w:hAnsi="Arial"/>
        <w:b w:val="0"/>
        <w:color w:val="526477"/>
        <w:sz w:val="16"/>
      </w:rPr>
      <w:t>[Phone]  |  [Email]  |  [Website]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40"/>
      <w:pBdr>
        <w:bottom w:val="single" w:sz="4" w:space="2" w:color="CED8E4"/>
      </w:pBdr>
    </w:pPr>
    <w:r>
      <w:drawing>
        <wp:inline xmlns:a="http://schemas.openxmlformats.org/drawingml/2006/main" xmlns:pic="http://schemas.openxmlformats.org/drawingml/2006/picture">
          <wp:extent cx="4464000" cy="14545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hecurex-primary-colour-24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64000" cy="145452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4255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SheCurex stationery template</dc:title>
  <dc:subject>Option 1 brand handover</dc:subject>
  <dc:creator>Digital Rise Group</dc:creator>
  <cp:keywords>SheCurex, Digital Rise Group, template</cp:keywords>
  <dc:description>generated by python-docx</dc:description>
  <cp:lastModifiedBy>Digital Rise Group</cp:lastModifiedBy>
  <cp:revision>1</cp:revision>
  <dcterms:created xsi:type="dcterms:W3CDTF">2013-12-23T23:15:00Z</dcterms:created>
  <dcterms:modified xsi:type="dcterms:W3CDTF">2013-12-23T23:15:00Z</dcterms:modified>
  <cp:category/>
</cp:coreProperties>
</file>